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80C8" w14:textId="77777777" w:rsidR="000C523F" w:rsidRDefault="00000000">
      <w:pPr>
        <w:pStyle w:val="Title"/>
      </w:pPr>
      <w:r>
        <w:t>Track 2</w:t>
      </w:r>
    </w:p>
    <w:p w14:paraId="3AC23426" w14:textId="77777777" w:rsidR="000C523F" w:rsidRDefault="00000000">
      <w:pPr>
        <w:pStyle w:val="Heading1"/>
      </w:pPr>
      <w:r>
        <w:t>Week 1: Advanced Research Concepts</w:t>
      </w:r>
    </w:p>
    <w:p w14:paraId="4757782F" w14:textId="1A65F825" w:rsidR="000C523F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49242D">
        <w:t>☐</w:t>
      </w:r>
      <w:r>
        <w:t xml:space="preserve"> Review advanced research design frameworks</w:t>
      </w:r>
    </w:p>
    <w:p w14:paraId="01AA8FE0" w14:textId="2A1FC271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1-page review of a recent research article</w:t>
      </w:r>
    </w:p>
    <w:p w14:paraId="075E2DF7" w14:textId="5734D972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Attend advanced methods seminar or view recording</w:t>
      </w:r>
    </w:p>
    <w:p w14:paraId="431608F1" w14:textId="77777777" w:rsidR="000C523F" w:rsidRDefault="00000000">
      <w:pPr>
        <w:pStyle w:val="Heading1"/>
      </w:pPr>
      <w:r>
        <w:t>Week 2: Data Management and Strategy</w:t>
      </w:r>
    </w:p>
    <w:p w14:paraId="3F61D677" w14:textId="7BD45949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tutorial on advanced data tools (e.g., REDCap, R)</w:t>
      </w:r>
    </w:p>
    <w:p w14:paraId="276D6461" w14:textId="7A16BD42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Participate in data sharing and security best practices workshop</w:t>
      </w:r>
    </w:p>
    <w:p w14:paraId="2AB0AC37" w14:textId="38BD23FF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annotated dataset outline or plan</w:t>
      </w:r>
    </w:p>
    <w:p w14:paraId="56CB7EB0" w14:textId="77777777" w:rsidR="000C523F" w:rsidRDefault="00000000">
      <w:pPr>
        <w:pStyle w:val="Heading1"/>
      </w:pPr>
      <w:r>
        <w:t>Week 3: Communication and Collaboration</w:t>
      </w:r>
    </w:p>
    <w:p w14:paraId="57C8156E" w14:textId="23288EE1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Create or revise an abstract for a real or proposed study</w:t>
      </w:r>
    </w:p>
    <w:p w14:paraId="31EB0197" w14:textId="4F9A9301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and comment on peer abstract drafts</w:t>
      </w:r>
    </w:p>
    <w:p w14:paraId="1FA8D586" w14:textId="1781F4E2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Attend writing and publication ethics seminar</w:t>
      </w:r>
    </w:p>
    <w:p w14:paraId="2B143D17" w14:textId="26EC1635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summary of lessons learned from seminar</w:t>
      </w:r>
    </w:p>
    <w:p w14:paraId="427852CD" w14:textId="77777777" w:rsidR="000C523F" w:rsidRDefault="00000000">
      <w:pPr>
        <w:pStyle w:val="Heading1"/>
      </w:pPr>
      <w:r>
        <w:t>Week 4: Capstone Integration</w:t>
      </w:r>
    </w:p>
    <w:p w14:paraId="1D0D6C33" w14:textId="51389A70" w:rsidR="000C523F" w:rsidRDefault="0049242D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Finalize proposal or analysis project</w:t>
      </w:r>
    </w:p>
    <w:p w14:paraId="26FC9F52" w14:textId="66C2B193" w:rsidR="000C523F" w:rsidRDefault="00587D6C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Present 3-minute lightning talk to peers or mentors</w:t>
      </w:r>
    </w:p>
    <w:p w14:paraId="4478C882" w14:textId="61684DEA" w:rsidR="000C523F" w:rsidRDefault="00587D6C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self-reflection on learning during the track</w:t>
      </w:r>
    </w:p>
    <w:p w14:paraId="68B0F426" w14:textId="554E8A6C" w:rsidR="000C523F" w:rsidRDefault="00587D6C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Provide feedback on others’ presentations</w:t>
      </w:r>
    </w:p>
    <w:sectPr w:rsidR="000C52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5665862">
    <w:abstractNumId w:val="8"/>
  </w:num>
  <w:num w:numId="2" w16cid:durableId="1777406098">
    <w:abstractNumId w:val="6"/>
  </w:num>
  <w:num w:numId="3" w16cid:durableId="1083182397">
    <w:abstractNumId w:val="5"/>
  </w:num>
  <w:num w:numId="4" w16cid:durableId="283004483">
    <w:abstractNumId w:val="4"/>
  </w:num>
  <w:num w:numId="5" w16cid:durableId="325062765">
    <w:abstractNumId w:val="7"/>
  </w:num>
  <w:num w:numId="6" w16cid:durableId="1126123652">
    <w:abstractNumId w:val="3"/>
  </w:num>
  <w:num w:numId="7" w16cid:durableId="1845313867">
    <w:abstractNumId w:val="2"/>
  </w:num>
  <w:num w:numId="8" w16cid:durableId="429619610">
    <w:abstractNumId w:val="1"/>
  </w:num>
  <w:num w:numId="9" w16cid:durableId="145944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23F"/>
    <w:rsid w:val="0015074B"/>
    <w:rsid w:val="0029639D"/>
    <w:rsid w:val="00326F90"/>
    <w:rsid w:val="0049242D"/>
    <w:rsid w:val="00587D6C"/>
    <w:rsid w:val="00AA1D8D"/>
    <w:rsid w:val="00B3405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3</cp:revision>
  <cp:lastPrinted>2025-07-17T04:52:00Z</cp:lastPrinted>
  <dcterms:created xsi:type="dcterms:W3CDTF">2013-12-23T23:15:00Z</dcterms:created>
  <dcterms:modified xsi:type="dcterms:W3CDTF">2025-07-17T04:56:00Z</dcterms:modified>
  <cp:category/>
</cp:coreProperties>
</file>