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51295" w14:textId="77777777" w:rsidR="00045374" w:rsidRDefault="00000000">
      <w:pPr>
        <w:pStyle w:val="Heading1"/>
      </w:pPr>
      <w:r>
        <w:t>Track 3 Unabridged Checklist</w:t>
      </w:r>
    </w:p>
    <w:p w14:paraId="2C56A52A" w14:textId="77777777" w:rsidR="00045374" w:rsidRDefault="00000000">
      <w:r>
        <w:t>☐ Study heart anatomy and physiology</w:t>
      </w:r>
    </w:p>
    <w:p w14:paraId="130AF73B" w14:textId="77777777" w:rsidR="00045374" w:rsidRDefault="00000000">
      <w:r>
        <w:t>☐ Understand cancer types and treatments</w:t>
      </w:r>
    </w:p>
    <w:p w14:paraId="26BB440A" w14:textId="77777777" w:rsidR="00045374" w:rsidRDefault="00000000">
      <w:r>
        <w:t>☐ Analyze cardiovascular effects of cancer therapy</w:t>
      </w:r>
    </w:p>
    <w:p w14:paraId="792DF08C" w14:textId="77777777" w:rsidR="00045374" w:rsidRDefault="00000000">
      <w:r>
        <w:t>☐ Build a 3D model, timeline, and case study set</w:t>
      </w:r>
    </w:p>
    <w:p w14:paraId="72721E8C" w14:textId="77777777" w:rsidR="00045374" w:rsidRDefault="00000000">
      <w:r>
        <w:t>☐ Use Framingham and ASCVD models</w:t>
      </w:r>
    </w:p>
    <w:p w14:paraId="1F0ACC16" w14:textId="77777777" w:rsidR="00045374" w:rsidRDefault="00000000">
      <w:r>
        <w:t>☐ Understand diagnostic tools: ECG, echo, troponins</w:t>
      </w:r>
    </w:p>
    <w:p w14:paraId="7C4418C4" w14:textId="77777777" w:rsidR="00045374" w:rsidRDefault="00000000">
      <w:r>
        <w:t>☐ Participate in team-based simulation</w:t>
      </w:r>
    </w:p>
    <w:p w14:paraId="5B7720EC" w14:textId="77777777" w:rsidR="00045374" w:rsidRDefault="00000000">
      <w:r>
        <w:t>☐ Design a research proposal</w:t>
      </w:r>
    </w:p>
    <w:p w14:paraId="0436D22F" w14:textId="77777777" w:rsidR="00045374" w:rsidRDefault="00000000">
      <w:r>
        <w:t>☐ Analyze clinical trial data</w:t>
      </w:r>
    </w:p>
    <w:p w14:paraId="4629FD63" w14:textId="77777777" w:rsidR="00045374" w:rsidRDefault="00000000">
      <w:r>
        <w:t>☐ Simulate private sector collaboration</w:t>
      </w:r>
    </w:p>
    <w:p w14:paraId="53EA8E2A" w14:textId="77777777" w:rsidR="00045374" w:rsidRDefault="00000000">
      <w:r>
        <w:t>☐ Build AI models for heart risk</w:t>
      </w:r>
    </w:p>
    <w:p w14:paraId="685CBADF" w14:textId="77777777" w:rsidR="00045374" w:rsidRDefault="00000000">
      <w:r>
        <w:t>☐ Create app prototype for heart monitoring</w:t>
      </w:r>
    </w:p>
    <w:p w14:paraId="4879E024" w14:textId="77777777" w:rsidR="00045374" w:rsidRDefault="00000000">
      <w:r>
        <w:t>☐ Design telemedicine frameworks</w:t>
      </w:r>
    </w:p>
    <w:p w14:paraId="0698AAD6" w14:textId="77777777" w:rsidR="00045374" w:rsidRDefault="00000000">
      <w:r>
        <w:t>☐ Participate in VR clinical simulations</w:t>
      </w:r>
    </w:p>
    <w:p w14:paraId="29DE7A7B" w14:textId="77777777" w:rsidR="00045374" w:rsidRDefault="00000000">
      <w:r>
        <w:t>☐ Submit mentorship reflections</w:t>
      </w:r>
    </w:p>
    <w:p w14:paraId="570D9700" w14:textId="77777777" w:rsidR="00045374" w:rsidRDefault="00000000">
      <w:r>
        <w:t>☐ Complete interdisciplinary case assignments</w:t>
      </w:r>
    </w:p>
    <w:p w14:paraId="3F66BE6E" w14:textId="77777777" w:rsidR="00045374" w:rsidRDefault="00000000">
      <w:r>
        <w:t>☐ Research emerging trends</w:t>
      </w:r>
    </w:p>
    <w:p w14:paraId="63A45D39" w14:textId="77777777" w:rsidR="00045374" w:rsidRDefault="00000000">
      <w:r>
        <w:t>☐ Build a professional portfolio</w:t>
      </w:r>
    </w:p>
    <w:p w14:paraId="339936B0" w14:textId="77777777" w:rsidR="00045374" w:rsidRDefault="00000000">
      <w:r>
        <w:t>☐ Submit a final research paper or presentation</w:t>
      </w:r>
    </w:p>
    <w:sectPr w:rsidR="0004537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093861">
    <w:abstractNumId w:val="8"/>
  </w:num>
  <w:num w:numId="2" w16cid:durableId="1990673794">
    <w:abstractNumId w:val="6"/>
  </w:num>
  <w:num w:numId="3" w16cid:durableId="1484469862">
    <w:abstractNumId w:val="5"/>
  </w:num>
  <w:num w:numId="4" w16cid:durableId="1453287102">
    <w:abstractNumId w:val="4"/>
  </w:num>
  <w:num w:numId="5" w16cid:durableId="296759373">
    <w:abstractNumId w:val="7"/>
  </w:num>
  <w:num w:numId="6" w16cid:durableId="1992706617">
    <w:abstractNumId w:val="3"/>
  </w:num>
  <w:num w:numId="7" w16cid:durableId="601497043">
    <w:abstractNumId w:val="2"/>
  </w:num>
  <w:num w:numId="8" w16cid:durableId="1089735419">
    <w:abstractNumId w:val="1"/>
  </w:num>
  <w:num w:numId="9" w16cid:durableId="1021977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5374"/>
    <w:rsid w:val="0006063C"/>
    <w:rsid w:val="0015074B"/>
    <w:rsid w:val="0029639D"/>
    <w:rsid w:val="00326F90"/>
    <w:rsid w:val="00AA1D8D"/>
    <w:rsid w:val="00B3405C"/>
    <w:rsid w:val="00B47730"/>
    <w:rsid w:val="00CB0664"/>
    <w:rsid w:val="00D334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A3ACB91-A5C6-4C71-9E78-6BDBB975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Sherry-Ann Brown MD PhD FACC FAHA</cp:lastModifiedBy>
  <cp:revision>2</cp:revision>
  <dcterms:created xsi:type="dcterms:W3CDTF">2013-12-23T23:15:00Z</dcterms:created>
  <dcterms:modified xsi:type="dcterms:W3CDTF">2025-07-17T17:12:00Z</dcterms:modified>
  <cp:category/>
</cp:coreProperties>
</file>