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249953" w14:textId="77777777" w:rsidR="00EF68A7" w:rsidRDefault="00000000">
      <w:pPr>
        <w:pStyle w:val="Title"/>
      </w:pPr>
      <w:r>
        <w:t>Thriving in a Virtual Innovation Research Lab</w:t>
      </w:r>
    </w:p>
    <w:p w14:paraId="381ACA50" w14:textId="77777777" w:rsidR="00EF68A7" w:rsidRDefault="00000000">
      <w:pPr>
        <w:pStyle w:val="Heading1"/>
      </w:pPr>
      <w:r>
        <w:t>Module 1: Virtual Lab Orientation</w:t>
      </w:r>
    </w:p>
    <w:p w14:paraId="76D02BA3" w14:textId="2479CC62" w:rsidR="00EF68A7" w:rsidRDefault="00000000">
      <w:r>
        <w:fldChar w:fldCharType="begin"/>
      </w:r>
      <w:r>
        <w:instrText>FORMCHECKBOX</w:instrText>
      </w:r>
      <w:r>
        <w:fldChar w:fldCharType="separate"/>
      </w:r>
      <w:r>
        <w:fldChar w:fldCharType="end"/>
      </w:r>
      <w:r w:rsidR="00894A07">
        <w:t>☐</w:t>
      </w:r>
      <w:r>
        <w:t xml:space="preserve"> Complete onboarding modules (Zoom, OneDrive, ethics)</w:t>
      </w:r>
    </w:p>
    <w:p w14:paraId="2B26FE7B" w14:textId="1B879C21" w:rsidR="00EF68A7" w:rsidRDefault="00894A07">
      <w:r>
        <w:t>☐</w:t>
      </w:r>
      <w:r w:rsidR="00000000">
        <w:fldChar w:fldCharType="begin"/>
      </w:r>
      <w:r w:rsidR="00000000">
        <w:instrText>FORMCHECKBOX</w:instrText>
      </w:r>
      <w:r w:rsidR="00000000">
        <w:fldChar w:fldCharType="separate"/>
      </w:r>
      <w:r w:rsidR="00000000">
        <w:fldChar w:fldCharType="end"/>
      </w:r>
      <w:r w:rsidR="00000000">
        <w:t xml:space="preserve"> Join virtual icebreaker event</w:t>
      </w:r>
    </w:p>
    <w:p w14:paraId="11FD8EAD" w14:textId="77777777" w:rsidR="00EF68A7" w:rsidRDefault="00000000">
      <w:pPr>
        <w:pStyle w:val="Heading1"/>
      </w:pPr>
      <w:r>
        <w:t>Module 2: Virtual Workspace Setup</w:t>
      </w:r>
    </w:p>
    <w:p w14:paraId="47573C18" w14:textId="3C7D4EFE" w:rsidR="00EF68A7" w:rsidRDefault="00894A07">
      <w:r>
        <w:t>☐</w:t>
      </w:r>
      <w:r w:rsidR="00000000">
        <w:fldChar w:fldCharType="begin"/>
      </w:r>
      <w:r w:rsidR="00000000">
        <w:instrText>FORMCHECKBOX</w:instrText>
      </w:r>
      <w:r w:rsidR="00000000">
        <w:fldChar w:fldCharType="separate"/>
      </w:r>
      <w:r w:rsidR="00000000">
        <w:fldChar w:fldCharType="end"/>
      </w:r>
      <w:r w:rsidR="00000000">
        <w:t xml:space="preserve"> Set up workspace with SharePoint/Notion/Trello</w:t>
      </w:r>
    </w:p>
    <w:p w14:paraId="78A935DD" w14:textId="1831E7B8" w:rsidR="00EF68A7" w:rsidRDefault="00894A07">
      <w:r>
        <w:t>☐</w:t>
      </w:r>
      <w:r w:rsidR="00000000">
        <w:fldChar w:fldCharType="begin"/>
      </w:r>
      <w:r w:rsidR="00000000">
        <w:instrText>FORMCHECKBOX</w:instrText>
      </w:r>
      <w:r w:rsidR="00000000">
        <w:fldChar w:fldCharType="separate"/>
      </w:r>
      <w:r w:rsidR="00000000">
        <w:fldChar w:fldCharType="end"/>
      </w:r>
      <w:r w:rsidR="00000000">
        <w:t xml:space="preserve"> Submit time management plan</w:t>
      </w:r>
    </w:p>
    <w:p w14:paraId="0E8454A0" w14:textId="77777777" w:rsidR="00EF68A7" w:rsidRDefault="00000000">
      <w:pPr>
        <w:pStyle w:val="Heading1"/>
      </w:pPr>
      <w:r>
        <w:t>Module 3: Research Design &amp; Data Collection</w:t>
      </w:r>
    </w:p>
    <w:p w14:paraId="05AF42FD" w14:textId="7D5883B4" w:rsidR="00EF68A7" w:rsidRDefault="00894A07">
      <w:r>
        <w:t>☐</w:t>
      </w:r>
      <w:r w:rsidR="00000000">
        <w:fldChar w:fldCharType="begin"/>
      </w:r>
      <w:r w:rsidR="00000000">
        <w:instrText>FORMCHECKBOX</w:instrText>
      </w:r>
      <w:r w:rsidR="00000000">
        <w:fldChar w:fldCharType="separate"/>
      </w:r>
      <w:r w:rsidR="00000000">
        <w:fldChar w:fldCharType="end"/>
      </w:r>
      <w:r w:rsidR="00000000">
        <w:t xml:space="preserve"> Draft research proposal with digital methodology</w:t>
      </w:r>
    </w:p>
    <w:p w14:paraId="2FA9949D" w14:textId="177FECAA" w:rsidR="00EF68A7" w:rsidRDefault="00894A07">
      <w:r>
        <w:t>☐</w:t>
      </w:r>
      <w:r w:rsidR="00000000">
        <w:fldChar w:fldCharType="begin"/>
      </w:r>
      <w:r w:rsidR="00000000">
        <w:instrText>FORMCHECKBOX</w:instrText>
      </w:r>
      <w:r w:rsidR="00000000">
        <w:fldChar w:fldCharType="separate"/>
      </w:r>
      <w:r w:rsidR="00000000">
        <w:fldChar w:fldCharType="end"/>
      </w:r>
      <w:r w:rsidR="00000000">
        <w:t xml:space="preserve"> Create and run survey using Google Forms or Qualtrics</w:t>
      </w:r>
    </w:p>
    <w:p w14:paraId="17B7276D" w14:textId="77777777" w:rsidR="00EF68A7" w:rsidRDefault="00000000">
      <w:pPr>
        <w:pStyle w:val="Heading1"/>
      </w:pPr>
      <w:r>
        <w:t>Module 4: Virtual Collaboration</w:t>
      </w:r>
    </w:p>
    <w:p w14:paraId="687032A6" w14:textId="6ADE2520" w:rsidR="00EF68A7" w:rsidRDefault="00894A07">
      <w:r>
        <w:t>☐</w:t>
      </w:r>
      <w:r w:rsidR="00000000">
        <w:fldChar w:fldCharType="begin"/>
      </w:r>
      <w:r w:rsidR="00000000">
        <w:instrText>FORMCHECKBOX</w:instrText>
      </w:r>
      <w:r w:rsidR="00000000">
        <w:fldChar w:fldCharType="separate"/>
      </w:r>
      <w:r w:rsidR="00000000">
        <w:fldChar w:fldCharType="end"/>
      </w:r>
      <w:r w:rsidR="00000000">
        <w:t xml:space="preserve"> Participate in team brainstorm</w:t>
      </w:r>
    </w:p>
    <w:p w14:paraId="3353F108" w14:textId="52822215" w:rsidR="00EF68A7" w:rsidRDefault="00894A07">
      <w:r>
        <w:t>☐</w:t>
      </w:r>
      <w:r w:rsidR="00000000">
        <w:fldChar w:fldCharType="begin"/>
      </w:r>
      <w:r w:rsidR="00000000">
        <w:instrText>FORMCHECKBOX</w:instrText>
      </w:r>
      <w:r w:rsidR="00000000">
        <w:fldChar w:fldCharType="separate"/>
      </w:r>
      <w:r w:rsidR="00000000">
        <w:fldChar w:fldCharType="end"/>
      </w:r>
      <w:r w:rsidR="00000000">
        <w:t xml:space="preserve"> Submit documentation of team role contributions</w:t>
      </w:r>
    </w:p>
    <w:p w14:paraId="36529ADF" w14:textId="77777777" w:rsidR="00EF68A7" w:rsidRDefault="00000000">
      <w:pPr>
        <w:pStyle w:val="Heading1"/>
      </w:pPr>
      <w:r>
        <w:t>Module 5: Data Analysis &amp; Visualization</w:t>
      </w:r>
    </w:p>
    <w:p w14:paraId="1A0C241F" w14:textId="51CCB758" w:rsidR="00EF68A7" w:rsidRDefault="00894A07">
      <w:r>
        <w:t>☐</w:t>
      </w:r>
      <w:r w:rsidR="00000000">
        <w:fldChar w:fldCharType="begin"/>
      </w:r>
      <w:r w:rsidR="00000000">
        <w:instrText>FORMCHECKBOX</w:instrText>
      </w:r>
      <w:r w:rsidR="00000000">
        <w:fldChar w:fldCharType="separate"/>
      </w:r>
      <w:r w:rsidR="00000000">
        <w:fldChar w:fldCharType="end"/>
      </w:r>
      <w:r w:rsidR="00000000">
        <w:t xml:space="preserve"> Use R, Python, Tableau, or Power BI</w:t>
      </w:r>
    </w:p>
    <w:p w14:paraId="5ED27B32" w14:textId="4F543944" w:rsidR="00EF68A7" w:rsidRDefault="00894A07">
      <w:r>
        <w:t>☐</w:t>
      </w:r>
      <w:r w:rsidR="00000000">
        <w:fldChar w:fldCharType="begin"/>
      </w:r>
      <w:r w:rsidR="00000000">
        <w:instrText>FORMCHECKBOX</w:instrText>
      </w:r>
      <w:r w:rsidR="00000000">
        <w:fldChar w:fldCharType="separate"/>
      </w:r>
      <w:r w:rsidR="00000000">
        <w:fldChar w:fldCharType="end"/>
      </w:r>
      <w:r w:rsidR="00000000">
        <w:t xml:space="preserve"> Present your visualization for feedback</w:t>
      </w:r>
    </w:p>
    <w:p w14:paraId="4BCD275F" w14:textId="77777777" w:rsidR="00EF68A7" w:rsidRDefault="00000000">
      <w:pPr>
        <w:pStyle w:val="Heading1"/>
      </w:pPr>
      <w:r>
        <w:t>Module 6: Virtual Project Management</w:t>
      </w:r>
    </w:p>
    <w:p w14:paraId="186C4B2B" w14:textId="53121C34" w:rsidR="00EF68A7" w:rsidRDefault="00894A07">
      <w:r>
        <w:t>☐</w:t>
      </w:r>
      <w:r w:rsidR="00000000">
        <w:fldChar w:fldCharType="begin"/>
      </w:r>
      <w:r w:rsidR="00000000">
        <w:instrText>FORMCHECKBOX</w:instrText>
      </w:r>
      <w:r w:rsidR="00000000">
        <w:fldChar w:fldCharType="separate"/>
      </w:r>
      <w:r w:rsidR="00000000">
        <w:fldChar w:fldCharType="end"/>
      </w:r>
      <w:r w:rsidR="00000000">
        <w:t xml:space="preserve"> Track progress using Asana or Notion</w:t>
      </w:r>
    </w:p>
    <w:p w14:paraId="0D8C7A6E" w14:textId="19E3C575" w:rsidR="00EF68A7" w:rsidRDefault="00894A07">
      <w:r>
        <w:t>☐</w:t>
      </w:r>
      <w:r w:rsidR="00000000">
        <w:fldChar w:fldCharType="begin"/>
      </w:r>
      <w:r w:rsidR="00000000">
        <w:instrText>FORMCHECKBOX</w:instrText>
      </w:r>
      <w:r w:rsidR="00000000">
        <w:fldChar w:fldCharType="separate"/>
      </w:r>
      <w:r w:rsidR="00000000">
        <w:fldChar w:fldCharType="end"/>
      </w:r>
      <w:r w:rsidR="00000000">
        <w:t xml:space="preserve"> Submit weekly project updates</w:t>
      </w:r>
    </w:p>
    <w:p w14:paraId="61417E37" w14:textId="77777777" w:rsidR="00EF68A7" w:rsidRDefault="00000000">
      <w:pPr>
        <w:pStyle w:val="Heading1"/>
      </w:pPr>
      <w:r>
        <w:lastRenderedPageBreak/>
        <w:t>Module 7: Communication &amp; Presentation</w:t>
      </w:r>
    </w:p>
    <w:p w14:paraId="2893DCEC" w14:textId="0A302725" w:rsidR="00EF68A7" w:rsidRDefault="00894A07">
      <w:r>
        <w:t>☐</w:t>
      </w:r>
      <w:r w:rsidR="00000000">
        <w:fldChar w:fldCharType="begin"/>
      </w:r>
      <w:r w:rsidR="00000000">
        <w:instrText>FORMCHECKBOX</w:instrText>
      </w:r>
      <w:r w:rsidR="00000000">
        <w:fldChar w:fldCharType="separate"/>
      </w:r>
      <w:r w:rsidR="00000000">
        <w:fldChar w:fldCharType="end"/>
      </w:r>
      <w:r w:rsidR="00000000">
        <w:t xml:space="preserve"> Create and deliver a virtual research presentation</w:t>
      </w:r>
    </w:p>
    <w:p w14:paraId="4B8F1483" w14:textId="210FE345" w:rsidR="00EF68A7" w:rsidRDefault="00894A07">
      <w:r>
        <w:t>☐</w:t>
      </w:r>
      <w:r w:rsidR="00000000">
        <w:fldChar w:fldCharType="begin"/>
      </w:r>
      <w:r w:rsidR="00000000">
        <w:instrText>FORMCHECKBOX</w:instrText>
      </w:r>
      <w:r w:rsidR="00000000">
        <w:fldChar w:fldCharType="separate"/>
      </w:r>
      <w:r w:rsidR="00000000">
        <w:fldChar w:fldCharType="end"/>
      </w:r>
      <w:r w:rsidR="00000000">
        <w:t xml:space="preserve"> Submit a writing sample for internal review</w:t>
      </w:r>
    </w:p>
    <w:p w14:paraId="4B12CA11" w14:textId="77777777" w:rsidR="00EF68A7" w:rsidRDefault="00000000">
      <w:pPr>
        <w:pStyle w:val="Heading1"/>
      </w:pPr>
      <w:r>
        <w:t>Module 8: Program Wrap-up</w:t>
      </w:r>
    </w:p>
    <w:p w14:paraId="2ADEDE45" w14:textId="10F08DE2" w:rsidR="00EF68A7" w:rsidRDefault="00894A07">
      <w:r>
        <w:t>☐</w:t>
      </w:r>
      <w:r w:rsidR="00000000">
        <w:fldChar w:fldCharType="begin"/>
      </w:r>
      <w:r w:rsidR="00000000">
        <w:instrText>FORMCHECKBOX</w:instrText>
      </w:r>
      <w:r w:rsidR="00000000">
        <w:fldChar w:fldCharType="separate"/>
      </w:r>
      <w:r w:rsidR="00000000">
        <w:fldChar w:fldCharType="end"/>
      </w:r>
      <w:r w:rsidR="00000000">
        <w:t xml:space="preserve"> Submit final self-reflection</w:t>
      </w:r>
    </w:p>
    <w:p w14:paraId="4301CCB7" w14:textId="59D8A458" w:rsidR="00EF68A7" w:rsidRDefault="00894A07">
      <w:r>
        <w:t>☐</w:t>
      </w:r>
      <w:r w:rsidR="00000000">
        <w:fldChar w:fldCharType="begin"/>
      </w:r>
      <w:r w:rsidR="00000000">
        <w:instrText>FORMCHECKBOX</w:instrText>
      </w:r>
      <w:r w:rsidR="00000000">
        <w:fldChar w:fldCharType="separate"/>
      </w:r>
      <w:r w:rsidR="00000000">
        <w:fldChar w:fldCharType="end"/>
      </w:r>
      <w:r w:rsidR="00000000">
        <w:t xml:space="preserve"> Create future growth plan</w:t>
      </w:r>
    </w:p>
    <w:p w14:paraId="3717658B" w14:textId="43ED4086" w:rsidR="00EF68A7" w:rsidRDefault="00894A07">
      <w:r>
        <w:t>☐</w:t>
      </w:r>
      <w:r w:rsidR="00000000">
        <w:fldChar w:fldCharType="begin"/>
      </w:r>
      <w:r w:rsidR="00000000">
        <w:instrText>FORMCHECKBOX</w:instrText>
      </w:r>
      <w:r w:rsidR="00000000">
        <w:fldChar w:fldCharType="separate"/>
      </w:r>
      <w:r w:rsidR="00000000">
        <w:fldChar w:fldCharType="end"/>
      </w:r>
      <w:r w:rsidR="00000000">
        <w:t xml:space="preserve"> Final project: Manuscript or summary presentation</w:t>
      </w:r>
    </w:p>
    <w:sectPr w:rsidR="00EF68A7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3937033">
    <w:abstractNumId w:val="8"/>
  </w:num>
  <w:num w:numId="2" w16cid:durableId="1581254217">
    <w:abstractNumId w:val="6"/>
  </w:num>
  <w:num w:numId="3" w16cid:durableId="1551502222">
    <w:abstractNumId w:val="5"/>
  </w:num>
  <w:num w:numId="4" w16cid:durableId="179661884">
    <w:abstractNumId w:val="4"/>
  </w:num>
  <w:num w:numId="5" w16cid:durableId="1226260581">
    <w:abstractNumId w:val="7"/>
  </w:num>
  <w:num w:numId="6" w16cid:durableId="1809129152">
    <w:abstractNumId w:val="3"/>
  </w:num>
  <w:num w:numId="7" w16cid:durableId="198468681">
    <w:abstractNumId w:val="2"/>
  </w:num>
  <w:num w:numId="8" w16cid:durableId="550506150">
    <w:abstractNumId w:val="1"/>
  </w:num>
  <w:num w:numId="9" w16cid:durableId="2547461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894A07"/>
    <w:rsid w:val="00AA1D8D"/>
    <w:rsid w:val="00B3405C"/>
    <w:rsid w:val="00B47730"/>
    <w:rsid w:val="00CB0664"/>
    <w:rsid w:val="00EF68A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FA3ACB91-A5C6-4C71-9E78-6BDBB9750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1302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Sherry-Ann Brown MD PhD FACC FAHA</cp:lastModifiedBy>
  <cp:revision>2</cp:revision>
  <dcterms:created xsi:type="dcterms:W3CDTF">2013-12-23T23:15:00Z</dcterms:created>
  <dcterms:modified xsi:type="dcterms:W3CDTF">2025-07-17T01:50:00Z</dcterms:modified>
  <cp:category/>
</cp:coreProperties>
</file>