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BE4D" w14:textId="77777777" w:rsidR="00E05801" w:rsidRDefault="00000000">
      <w:pPr>
        <w:pStyle w:val="Title"/>
      </w:pPr>
      <w:r>
        <w:t>Thriving in a Virtual Innovation Research Lab</w:t>
      </w:r>
    </w:p>
    <w:p w14:paraId="451C8A55" w14:textId="77777777" w:rsidR="00E05801" w:rsidRDefault="00000000">
      <w:pPr>
        <w:pStyle w:val="Heading1"/>
      </w:pPr>
      <w:r>
        <w:t>Module 1: Virtual Lab Orientation</w:t>
      </w:r>
    </w:p>
    <w:p w14:paraId="72F3AA2E" w14:textId="50C12BC3" w:rsidR="00E05801" w:rsidRDefault="00906F4A" w:rsidP="00906F4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Complete onboarding modules (Zoom, OneDrive, ethics)</w:t>
      </w:r>
    </w:p>
    <w:p w14:paraId="08D4959C" w14:textId="2B32BFD9" w:rsidR="00E05801" w:rsidRDefault="00906F4A" w:rsidP="00906F4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Join virtual icebreaker event</w:t>
      </w:r>
    </w:p>
    <w:p w14:paraId="5E7C2E8D" w14:textId="77777777" w:rsidR="00E05801" w:rsidRDefault="00000000">
      <w:pPr>
        <w:pStyle w:val="Heading1"/>
      </w:pPr>
      <w:r>
        <w:t>Module 2: Virtual Workspace Setup</w:t>
      </w:r>
    </w:p>
    <w:p w14:paraId="5D12CFDB" w14:textId="317389D6" w:rsidR="00E05801" w:rsidRDefault="00906F4A" w:rsidP="00906F4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Set up workspace with SharePoint/Notion/Trello</w:t>
      </w:r>
    </w:p>
    <w:p w14:paraId="35BCEF55" w14:textId="08F48D12" w:rsidR="00E05801" w:rsidRDefault="00906F4A" w:rsidP="00906F4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Submit time management plan</w:t>
      </w:r>
    </w:p>
    <w:p w14:paraId="2C366380" w14:textId="77777777" w:rsidR="00E05801" w:rsidRDefault="00000000">
      <w:pPr>
        <w:pStyle w:val="Heading1"/>
      </w:pPr>
      <w:r>
        <w:t>Module 3: Research Design &amp; Data Collection</w:t>
      </w:r>
    </w:p>
    <w:p w14:paraId="3D93F440" w14:textId="519E1642" w:rsidR="00E05801" w:rsidRDefault="00906F4A" w:rsidP="00906F4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Draft research proposal with digital methodology</w:t>
      </w:r>
    </w:p>
    <w:p w14:paraId="700E116A" w14:textId="23BA021B" w:rsidR="00E05801" w:rsidRDefault="00906F4A" w:rsidP="00906F4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Create and run survey using Google Forms or Qualtrics</w:t>
      </w:r>
    </w:p>
    <w:p w14:paraId="66BF0B5D" w14:textId="77777777" w:rsidR="00E05801" w:rsidRDefault="00000000">
      <w:pPr>
        <w:pStyle w:val="Heading1"/>
      </w:pPr>
      <w:r>
        <w:t>Module 4: Virtual Collaboration</w:t>
      </w:r>
    </w:p>
    <w:p w14:paraId="4A23D25D" w14:textId="4687F2D9" w:rsidR="00E05801" w:rsidRDefault="00906F4A" w:rsidP="00906F4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Participate in team brainstorm</w:t>
      </w:r>
    </w:p>
    <w:p w14:paraId="5B4A22FC" w14:textId="6590EEB1" w:rsidR="00E05801" w:rsidRDefault="00906F4A" w:rsidP="00906F4A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Submit documentation of team role contributions</w:t>
      </w:r>
    </w:p>
    <w:p w14:paraId="462CF849" w14:textId="77777777" w:rsidR="00E05801" w:rsidRDefault="00000000">
      <w:pPr>
        <w:pStyle w:val="Heading1"/>
      </w:pPr>
      <w:r>
        <w:t>Module 5: Data Analysis &amp; Visualization</w:t>
      </w:r>
    </w:p>
    <w:p w14:paraId="463DE116" w14:textId="5BBFB69C" w:rsidR="00E05801" w:rsidRDefault="00C83744" w:rsidP="00C83744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Use R, Python, Tableau, or Power BI</w:t>
      </w:r>
    </w:p>
    <w:p w14:paraId="4EF0D74B" w14:textId="49ACD7FB" w:rsidR="00E05801" w:rsidRDefault="00C83744" w:rsidP="00C83744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Present your visualization for feedback</w:t>
      </w:r>
    </w:p>
    <w:p w14:paraId="08802AF8" w14:textId="77777777" w:rsidR="00E05801" w:rsidRDefault="00000000">
      <w:pPr>
        <w:pStyle w:val="Heading1"/>
      </w:pPr>
      <w:r>
        <w:t>Module 6: Virtual Project Management</w:t>
      </w:r>
    </w:p>
    <w:p w14:paraId="37FD33F3" w14:textId="69577749" w:rsidR="00E05801" w:rsidRDefault="00C83744" w:rsidP="00C83744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Track progress using Asana or Notion</w:t>
      </w:r>
    </w:p>
    <w:p w14:paraId="07BED28A" w14:textId="5E6D85A6" w:rsidR="00E05801" w:rsidRDefault="00C83744" w:rsidP="00C83744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Submit weekly project updates</w:t>
      </w:r>
    </w:p>
    <w:p w14:paraId="3E9FA2C4" w14:textId="77777777" w:rsidR="00E05801" w:rsidRDefault="00000000">
      <w:pPr>
        <w:pStyle w:val="Heading1"/>
      </w:pPr>
      <w:r>
        <w:t>Module 7: Communication &amp; Presentation</w:t>
      </w:r>
    </w:p>
    <w:p w14:paraId="0D34209C" w14:textId="120238AA" w:rsidR="00E05801" w:rsidRDefault="00C83744" w:rsidP="00C83744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Create and deliver a virtual research presentation</w:t>
      </w:r>
    </w:p>
    <w:p w14:paraId="23D3A743" w14:textId="399C1E5E" w:rsidR="00E05801" w:rsidRDefault="00C83744" w:rsidP="00C83744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Submit a writing sample for internal review</w:t>
      </w:r>
    </w:p>
    <w:p w14:paraId="09C47DB9" w14:textId="77777777" w:rsidR="00E05801" w:rsidRDefault="00000000">
      <w:pPr>
        <w:pStyle w:val="Heading1"/>
      </w:pPr>
      <w:r>
        <w:lastRenderedPageBreak/>
        <w:t>Module 8: Program Wrap-up</w:t>
      </w:r>
    </w:p>
    <w:p w14:paraId="5217E784" w14:textId="5D8C5209" w:rsidR="00E05801" w:rsidRDefault="00C83744" w:rsidP="00C83744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Submit final self-reflection</w:t>
      </w:r>
    </w:p>
    <w:p w14:paraId="7A198D77" w14:textId="2D96C60B" w:rsidR="00E05801" w:rsidRDefault="00C83744" w:rsidP="00C83744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Create future growth plan</w:t>
      </w:r>
    </w:p>
    <w:p w14:paraId="4154F841" w14:textId="11F243DD" w:rsidR="00E05801" w:rsidRDefault="00C83744" w:rsidP="00C83744">
      <w:pPr>
        <w:pStyle w:val="ListBullet"/>
        <w:numPr>
          <w:ilvl w:val="0"/>
          <w:numId w:val="0"/>
        </w:numPr>
        <w:ind w:left="360" w:hanging="360"/>
      </w:pPr>
      <w:r>
        <w:t>☐</w:t>
      </w:r>
      <w:r w:rsidR="00000000">
        <w:t xml:space="preserve"> Final project: Manuscript or summary presentation</w:t>
      </w:r>
    </w:p>
    <w:sectPr w:rsidR="00E058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6661540">
    <w:abstractNumId w:val="8"/>
  </w:num>
  <w:num w:numId="2" w16cid:durableId="1773742874">
    <w:abstractNumId w:val="6"/>
  </w:num>
  <w:num w:numId="3" w16cid:durableId="1009410259">
    <w:abstractNumId w:val="5"/>
  </w:num>
  <w:num w:numId="4" w16cid:durableId="1418284222">
    <w:abstractNumId w:val="4"/>
  </w:num>
  <w:num w:numId="5" w16cid:durableId="1417091807">
    <w:abstractNumId w:val="7"/>
  </w:num>
  <w:num w:numId="6" w16cid:durableId="1710573384">
    <w:abstractNumId w:val="3"/>
  </w:num>
  <w:num w:numId="7" w16cid:durableId="1341539359">
    <w:abstractNumId w:val="2"/>
  </w:num>
  <w:num w:numId="8" w16cid:durableId="1450127303">
    <w:abstractNumId w:val="1"/>
  </w:num>
  <w:num w:numId="9" w16cid:durableId="1217472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06F4A"/>
    <w:rsid w:val="00AA1D8D"/>
    <w:rsid w:val="00B3405C"/>
    <w:rsid w:val="00B47730"/>
    <w:rsid w:val="00C83744"/>
    <w:rsid w:val="00CB0664"/>
    <w:rsid w:val="00E058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3</cp:revision>
  <dcterms:created xsi:type="dcterms:W3CDTF">2013-12-23T23:15:00Z</dcterms:created>
  <dcterms:modified xsi:type="dcterms:W3CDTF">2025-07-17T02:10:00Z</dcterms:modified>
  <cp:category/>
</cp:coreProperties>
</file>