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6598" w14:textId="77777777" w:rsidR="00681A07" w:rsidRDefault="00A269D4">
      <w:pPr>
        <w:pStyle w:val="Heading1"/>
      </w:pPr>
      <w:r>
        <w:t>Experiential Learning - Thriving in a Virtual Innovation Research Lab Unabridged Checklist</w:t>
      </w:r>
    </w:p>
    <w:p w14:paraId="31AB5462" w14:textId="77777777" w:rsidR="00681A07" w:rsidRDefault="00A269D4">
      <w:r>
        <w:t>☐</w:t>
      </w:r>
      <w:r>
        <w:t xml:space="preserve"> Complete onboarding modules</w:t>
      </w:r>
    </w:p>
    <w:p w14:paraId="14D0F71D" w14:textId="77777777" w:rsidR="00681A07" w:rsidRDefault="00A269D4">
      <w:r>
        <w:t>☐</w:t>
      </w:r>
      <w:r>
        <w:t xml:space="preserve"> Participate in virtual icebreakers</w:t>
      </w:r>
    </w:p>
    <w:p w14:paraId="2FA4E043" w14:textId="77777777" w:rsidR="00681A07" w:rsidRDefault="00A269D4">
      <w:r>
        <w:t>☐</w:t>
      </w:r>
      <w:r>
        <w:t xml:space="preserve"> Set meeting schedules</w:t>
      </w:r>
    </w:p>
    <w:p w14:paraId="633C442D" w14:textId="77777777" w:rsidR="00681A07" w:rsidRDefault="00A269D4">
      <w:r>
        <w:t>☐</w:t>
      </w:r>
      <w:r>
        <w:t xml:space="preserve"> Learn virtual research tools</w:t>
      </w:r>
    </w:p>
    <w:p w14:paraId="1A106A63" w14:textId="77777777" w:rsidR="00681A07" w:rsidRDefault="00A269D4">
      <w:r>
        <w:t>☐</w:t>
      </w:r>
      <w:r>
        <w:t xml:space="preserve"> Set up digital workspace with tools like Notion or Asana</w:t>
      </w:r>
    </w:p>
    <w:p w14:paraId="02CE0AFF" w14:textId="77777777" w:rsidR="00681A07" w:rsidRDefault="00A269D4">
      <w:r>
        <w:t>☐</w:t>
      </w:r>
      <w:r>
        <w:t xml:space="preserve"> Create a time management plan</w:t>
      </w:r>
    </w:p>
    <w:p w14:paraId="35888080" w14:textId="77777777" w:rsidR="00681A07" w:rsidRDefault="00A269D4">
      <w:r>
        <w:t>☐</w:t>
      </w:r>
      <w:r>
        <w:t xml:space="preserve"> Reduce virtual distractions</w:t>
      </w:r>
    </w:p>
    <w:p w14:paraId="50B67A41" w14:textId="77777777" w:rsidR="00681A07" w:rsidRDefault="00A269D4">
      <w:r>
        <w:t>☐</w:t>
      </w:r>
      <w:r>
        <w:t xml:space="preserve"> Design a virtual research proposal</w:t>
      </w:r>
    </w:p>
    <w:p w14:paraId="037CF299" w14:textId="77777777" w:rsidR="00681A07" w:rsidRDefault="00A269D4">
      <w:r>
        <w:t>☐</w:t>
      </w:r>
      <w:r>
        <w:t xml:space="preserve"> Conduct a digital survey</w:t>
      </w:r>
    </w:p>
    <w:p w14:paraId="6B738908" w14:textId="77777777" w:rsidR="00681A07" w:rsidRDefault="00A269D4">
      <w:r>
        <w:t>☐</w:t>
      </w:r>
      <w:r>
        <w:t xml:space="preserve"> Review ethical data collection tools</w:t>
      </w:r>
    </w:p>
    <w:p w14:paraId="4A5CF39D" w14:textId="77777777" w:rsidR="00681A07" w:rsidRDefault="00A269D4">
      <w:r>
        <w:t>☐</w:t>
      </w:r>
      <w:r>
        <w:t xml:space="preserve"> Collaborate in group projects</w:t>
      </w:r>
    </w:p>
    <w:p w14:paraId="6AFAA3AD" w14:textId="77777777" w:rsidR="00681A07" w:rsidRDefault="00A269D4">
      <w:r>
        <w:t>☐</w:t>
      </w:r>
      <w:r>
        <w:t xml:space="preserve"> Document roles and ideas</w:t>
      </w:r>
    </w:p>
    <w:p w14:paraId="2C66154A" w14:textId="77777777" w:rsidR="00681A07" w:rsidRDefault="00A269D4">
      <w:r>
        <w:t>☐</w:t>
      </w:r>
      <w:r>
        <w:t xml:space="preserve"> Practice team brainstorming</w:t>
      </w:r>
    </w:p>
    <w:p w14:paraId="634B9205" w14:textId="77777777" w:rsidR="00681A07" w:rsidRDefault="00A269D4">
      <w:r>
        <w:t>☐</w:t>
      </w:r>
      <w:r>
        <w:t xml:space="preserve"> Use Python, R, or Tableau for analysis</w:t>
      </w:r>
    </w:p>
    <w:p w14:paraId="652DB75C" w14:textId="77777777" w:rsidR="00681A07" w:rsidRDefault="00A269D4">
      <w:r>
        <w:t>☐</w:t>
      </w:r>
      <w:r>
        <w:t xml:space="preserve"> Share visualizations with peers</w:t>
      </w:r>
    </w:p>
    <w:p w14:paraId="25E033B1" w14:textId="77777777" w:rsidR="00681A07" w:rsidRDefault="00A269D4">
      <w:r>
        <w:t>☐</w:t>
      </w:r>
      <w:r>
        <w:t xml:space="preserve"> Practice real-time data feedback</w:t>
      </w:r>
    </w:p>
    <w:p w14:paraId="252BDD07" w14:textId="77777777" w:rsidR="00681A07" w:rsidRDefault="00A269D4">
      <w:r>
        <w:t>☐</w:t>
      </w:r>
      <w:r>
        <w:t xml:space="preserve"> Track project milestones</w:t>
      </w:r>
    </w:p>
    <w:p w14:paraId="1ECB1336" w14:textId="77777777" w:rsidR="00681A07" w:rsidRDefault="00A269D4">
      <w:r>
        <w:t>☐</w:t>
      </w:r>
      <w:r>
        <w:t xml:space="preserve"> Share weekly updates</w:t>
      </w:r>
    </w:p>
    <w:p w14:paraId="6FACC4E6" w14:textId="77777777" w:rsidR="00681A07" w:rsidRDefault="00A269D4">
      <w:r>
        <w:t>☐</w:t>
      </w:r>
      <w:r>
        <w:t xml:space="preserve"> Adjust goals and timelines</w:t>
      </w:r>
    </w:p>
    <w:p w14:paraId="520A93EE" w14:textId="77777777" w:rsidR="00681A07" w:rsidRDefault="00A269D4">
      <w:r>
        <w:t>☐</w:t>
      </w:r>
      <w:r>
        <w:t xml:space="preserve"> Deliver a virtual research presentation</w:t>
      </w:r>
    </w:p>
    <w:p w14:paraId="7AD9EC58" w14:textId="77777777" w:rsidR="00681A07" w:rsidRDefault="00A269D4">
      <w:r>
        <w:t>☐</w:t>
      </w:r>
      <w:r>
        <w:t xml:space="preserve"> Write a research summary</w:t>
      </w:r>
    </w:p>
    <w:p w14:paraId="154CF8D6" w14:textId="77777777" w:rsidR="00681A07" w:rsidRDefault="00A269D4">
      <w:r>
        <w:t>☐</w:t>
      </w:r>
      <w:r>
        <w:t xml:space="preserve"> Submit for peer review</w:t>
      </w:r>
    </w:p>
    <w:p w14:paraId="44F2EFCD" w14:textId="77777777" w:rsidR="00681A07" w:rsidRDefault="00A269D4">
      <w:r>
        <w:lastRenderedPageBreak/>
        <w:t>☐</w:t>
      </w:r>
      <w:r>
        <w:t xml:space="preserve"> Reflect on virtual lab experience</w:t>
      </w:r>
    </w:p>
    <w:p w14:paraId="36E65EF2" w14:textId="77777777" w:rsidR="00681A07" w:rsidRDefault="00A269D4">
      <w:r>
        <w:t>☐</w:t>
      </w:r>
      <w:r>
        <w:t xml:space="preserve"> Plan future research development</w:t>
      </w:r>
    </w:p>
    <w:p w14:paraId="3ED52ABA" w14:textId="77777777" w:rsidR="00681A07" w:rsidRDefault="00A269D4">
      <w:r>
        <w:t>☐</w:t>
      </w:r>
      <w:r>
        <w:t xml:space="preserve"> Submit final project and receive feedback</w:t>
      </w:r>
    </w:p>
    <w:sectPr w:rsidR="00681A07" w:rsidSect="00A269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053967">
    <w:abstractNumId w:val="8"/>
  </w:num>
  <w:num w:numId="2" w16cid:durableId="85620512">
    <w:abstractNumId w:val="6"/>
  </w:num>
  <w:num w:numId="3" w16cid:durableId="1975255731">
    <w:abstractNumId w:val="5"/>
  </w:num>
  <w:num w:numId="4" w16cid:durableId="1303340582">
    <w:abstractNumId w:val="4"/>
  </w:num>
  <w:num w:numId="5" w16cid:durableId="765267641">
    <w:abstractNumId w:val="7"/>
  </w:num>
  <w:num w:numId="6" w16cid:durableId="164443017">
    <w:abstractNumId w:val="3"/>
  </w:num>
  <w:num w:numId="7" w16cid:durableId="1133712042">
    <w:abstractNumId w:val="2"/>
  </w:num>
  <w:num w:numId="8" w16cid:durableId="700400586">
    <w:abstractNumId w:val="1"/>
  </w:num>
  <w:num w:numId="9" w16cid:durableId="179891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1A07"/>
    <w:rsid w:val="00A269D4"/>
    <w:rsid w:val="00AA1D8D"/>
    <w:rsid w:val="00B3405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cp:lastPrinted>2025-07-17T02:04:00Z</cp:lastPrinted>
  <dcterms:created xsi:type="dcterms:W3CDTF">2013-12-23T23:15:00Z</dcterms:created>
  <dcterms:modified xsi:type="dcterms:W3CDTF">2025-07-17T02:04:00Z</dcterms:modified>
  <cp:category/>
</cp:coreProperties>
</file>