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8509" w14:textId="77777777" w:rsidR="00FF1A23" w:rsidRDefault="00000000">
      <w:pPr>
        <w:pStyle w:val="Title"/>
      </w:pPr>
      <w:r>
        <w:t>Lab - My Heart Opulence Join the Team Checklist</w:t>
      </w:r>
    </w:p>
    <w:p w14:paraId="3D516B9C" w14:textId="77777777" w:rsidR="00FF1A23" w:rsidRDefault="00000000">
      <w:pPr>
        <w:pStyle w:val="Heading1"/>
      </w:pPr>
      <w:r>
        <w:t>Team Confidence</w:t>
      </w:r>
    </w:p>
    <w:p w14:paraId="779A0221" w14:textId="0A750D16" w:rsidR="00FF1A23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2730C8">
        <w:rPr>
          <w:rFonts w:ascii="Segoe UI Symbol" w:hAnsi="Segoe UI Symbol" w:cs="Segoe UI Symbol"/>
        </w:rPr>
        <w:t>☐</w:t>
      </w:r>
      <w:r>
        <w:t xml:space="preserve"> Complete the Confidentiality Form (Step 0)</w:t>
      </w:r>
    </w:p>
    <w:p w14:paraId="6A50B09C" w14:textId="6589BEC9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Join the Team: Documents and Materials</w:t>
      </w:r>
    </w:p>
    <w:p w14:paraId="34943DFE" w14:textId="3990D3A2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Upload your CV (Step 1)</w:t>
      </w:r>
    </w:p>
    <w:p w14:paraId="361B13A3" w14:textId="1612BF64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Upload your Professional Headshot (Step 2)</w:t>
      </w:r>
    </w:p>
    <w:p w14:paraId="47CD304D" w14:textId="1A61E0DF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the Intake Form (Step 3)</w:t>
      </w:r>
    </w:p>
    <w:p w14:paraId="25C2DCE1" w14:textId="2BB03013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the Age Disclosure (Step 3)</w:t>
      </w:r>
    </w:p>
    <w:p w14:paraId="3FA07496" w14:textId="4E34A7CB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If under 18, submit Parent/Legal Guardian Permission Form (Step 3)</w:t>
      </w:r>
    </w:p>
    <w:p w14:paraId="09A577F6" w14:textId="6D9E1C2A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Video &amp; Orientation</w:t>
      </w:r>
    </w:p>
    <w:p w14:paraId="2BF7C733" w14:textId="2B79D2EA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Record your Video Introduction (Step 4)</w:t>
      </w:r>
    </w:p>
    <w:p w14:paraId="5BA1B728" w14:textId="3A3A5C88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Email video to: Connect@MyHeartOpulence.com (Step 4)</w:t>
      </w:r>
    </w:p>
    <w:p w14:paraId="65FC6C3F" w14:textId="24C2FB3C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Orientation Materials</w:t>
      </w:r>
    </w:p>
    <w:p w14:paraId="1FD18A40" w14:textId="4459DD3B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the Lab FAQs (Step 5)</w:t>
      </w:r>
    </w:p>
    <w:p w14:paraId="44B1792A" w14:textId="5B94A523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Register for Website Access and log in (Step 6)</w:t>
      </w:r>
    </w:p>
    <w:p w14:paraId="678217C6" w14:textId="55072F2C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Add Weekly Calendar Invitations (Step 7)</w:t>
      </w:r>
    </w:p>
    <w:p w14:paraId="04D6E6C4" w14:textId="66297798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Add Tuesday Meetings</w:t>
      </w:r>
    </w:p>
    <w:p w14:paraId="435FACE4" w14:textId="31A0ADFA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Add Thursday Meetings</w:t>
      </w:r>
    </w:p>
    <w:p w14:paraId="48788FCD" w14:textId="1DB6D286" w:rsidR="00FF1A23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2730C8">
        <w:rPr>
          <w:rFonts w:ascii="Segoe UI Symbol" w:hAnsi="Segoe UI Symbol" w:cs="Segoe UI Symbol"/>
        </w:rPr>
        <w:t>☐</w:t>
      </w:r>
      <w:r>
        <w:t xml:space="preserve"> Entry &amp; Onboarding</w:t>
      </w:r>
    </w:p>
    <w:p w14:paraId="543197AB" w14:textId="27DA9A14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Entry Insights (Step 8)</w:t>
      </w:r>
    </w:p>
    <w:p w14:paraId="0D94600E" w14:textId="1C2A0484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Prep Tips and complete Prep Guide (Step 9)</w:t>
      </w:r>
    </w:p>
    <w:p w14:paraId="10359FE7" w14:textId="2071B9CA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Begin and complete </w:t>
      </w:r>
      <w:proofErr w:type="gramStart"/>
      <w:r w:rsidR="00000000">
        <w:t>official</w:t>
      </w:r>
      <w:proofErr w:type="gramEnd"/>
      <w:r w:rsidR="00000000">
        <w:t xml:space="preserve"> Onboarding process within 30 days (Step 10)</w:t>
      </w:r>
    </w:p>
    <w:p w14:paraId="744417D6" w14:textId="126C7B3B" w:rsidR="00FF1A23" w:rsidRDefault="002730C8">
      <w:r>
        <w:rPr>
          <w:rFonts w:ascii="Segoe UI Symbol" w:hAnsi="Segoe UI Symbol" w:cs="Segoe UI Symbol"/>
        </w:rPr>
        <w:lastRenderedPageBreak/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Training Certificate Track</w:t>
      </w:r>
    </w:p>
    <w:p w14:paraId="73537269" w14:textId="760C5309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Select your Training Certificate Track (Step 11)</w:t>
      </w:r>
    </w:p>
    <w:p w14:paraId="63592825" w14:textId="4EB2634B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all modules within 6 months (Track 1, 2, or 3)</w:t>
      </w:r>
    </w:p>
    <w:p w14:paraId="6E65F2F9" w14:textId="6A792297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Experiential Learning</w:t>
      </w:r>
    </w:p>
    <w:p w14:paraId="58272B00" w14:textId="30E4A758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and apply Experiential Learning content (Step 12)</w:t>
      </w:r>
    </w:p>
    <w:p w14:paraId="71A9723E" w14:textId="5FAE17A1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Watch all required videos and track learning progress weekly</w:t>
      </w:r>
    </w:p>
    <w:p w14:paraId="0C90AD29" w14:textId="3A6F7873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Ongoing Team Forms</w:t>
      </w:r>
    </w:p>
    <w:p w14:paraId="254FC275" w14:textId="4070D9DD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the Pulse Check Form (returning members only)</w:t>
      </w:r>
    </w:p>
    <w:p w14:paraId="7FE3BDB2" w14:textId="0FF86F77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Project or Manuscript Descriptions (if applicable)</w:t>
      </w:r>
    </w:p>
    <w:p w14:paraId="5EF14289" w14:textId="1A0761E6" w:rsidR="00FF1A23" w:rsidRDefault="002730C8">
      <w:r>
        <w:rPr>
          <w:rFonts w:ascii="Segoe UI Symbol" w:hAnsi="Segoe UI Symbol" w:cs="Segoe UI Symbol"/>
        </w:rP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Virtual Reality Form (if applicable)</w:t>
      </w:r>
    </w:p>
    <w:sectPr w:rsidR="00FF1A2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64293">
    <w:abstractNumId w:val="8"/>
  </w:num>
  <w:num w:numId="2" w16cid:durableId="1622031882">
    <w:abstractNumId w:val="6"/>
  </w:num>
  <w:num w:numId="3" w16cid:durableId="1815564584">
    <w:abstractNumId w:val="5"/>
  </w:num>
  <w:num w:numId="4" w16cid:durableId="500507994">
    <w:abstractNumId w:val="4"/>
  </w:num>
  <w:num w:numId="5" w16cid:durableId="301737831">
    <w:abstractNumId w:val="7"/>
  </w:num>
  <w:num w:numId="6" w16cid:durableId="1250693663">
    <w:abstractNumId w:val="3"/>
  </w:num>
  <w:num w:numId="7" w16cid:durableId="451748122">
    <w:abstractNumId w:val="2"/>
  </w:num>
  <w:num w:numId="8" w16cid:durableId="1880236409">
    <w:abstractNumId w:val="1"/>
  </w:num>
  <w:num w:numId="9" w16cid:durableId="1589579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30C8"/>
    <w:rsid w:val="0029639D"/>
    <w:rsid w:val="00326F90"/>
    <w:rsid w:val="007461CC"/>
    <w:rsid w:val="00AA1D8D"/>
    <w:rsid w:val="00B47730"/>
    <w:rsid w:val="00CB0664"/>
    <w:rsid w:val="00FC693F"/>
    <w:rsid w:val="00FF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DAFDF2"/>
  <w14:defaultImageDpi w14:val="300"/>
  <w15:docId w15:val="{0354419F-00AC-46A7-9040-7091B10B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2</cp:revision>
  <dcterms:created xsi:type="dcterms:W3CDTF">2013-12-23T23:15:00Z</dcterms:created>
  <dcterms:modified xsi:type="dcterms:W3CDTF">2025-07-17T18:14:00Z</dcterms:modified>
  <cp:category/>
</cp:coreProperties>
</file>