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Curriculum on Excelling as a Mentee Unabridged Checklist</w:t>
      </w:r>
    </w:p>
    <w:p>
      <w:r>
        <w:t>☐ Understand the dynamics of the mentee-mentor relationship</w:t>
      </w:r>
    </w:p>
    <w:p>
      <w:r>
        <w:t>☐ Define roles, responsibilities, and boundaries</w:t>
      </w:r>
    </w:p>
    <w:p>
      <w:r>
        <w:t>☐ Practice active listening</w:t>
      </w:r>
    </w:p>
    <w:p>
      <w:r>
        <w:t>☐ Respect the mentor’s time and expertise</w:t>
      </w:r>
    </w:p>
    <w:p>
      <w:r>
        <w:t>☐ Build trust and mutual respect</w:t>
      </w:r>
    </w:p>
    <w:p>
      <w:r>
        <w:t>☐ Define short- and long-term goals</w:t>
      </w:r>
    </w:p>
    <w:p>
      <w:r>
        <w:t>☐ Align goals with mentorship objectives</w:t>
      </w:r>
    </w:p>
    <w:p>
      <w:r>
        <w:t>☐ Communicate goals clearly to your mentor</w:t>
      </w:r>
    </w:p>
    <w:p>
      <w:r>
        <w:t>☐ Revise goals based on feedback</w:t>
      </w:r>
    </w:p>
    <w:p>
      <w:r>
        <w:t>☐ Prepare for mentorship meetings</w:t>
      </w:r>
    </w:p>
    <w:p>
      <w:r>
        <w:t>☐ Communicate with clarity and transparency</w:t>
      </w:r>
    </w:p>
    <w:p>
      <w:r>
        <w:t>☐ Receive feedback positively</w:t>
      </w:r>
    </w:p>
    <w:p>
      <w:r>
        <w:t>☐ Stay focused in conversations</w:t>
      </w:r>
    </w:p>
    <w:p>
      <w:r>
        <w:t>☐ Follow up and remain engaged</w:t>
      </w:r>
    </w:p>
    <w:p>
      <w:r>
        <w:t>☐ Use time management strategies</w:t>
      </w:r>
    </w:p>
    <w:p>
      <w:r>
        <w:t>☐ Prioritize tasks</w:t>
      </w:r>
    </w:p>
    <w:p>
      <w:r>
        <w:t>☐ Track progress effectively</w:t>
      </w:r>
    </w:p>
    <w:p>
      <w:r>
        <w:t>☐ Be proactive about development</w:t>
      </w:r>
    </w:p>
    <w:p>
      <w:r>
        <w:t>☐ Take responsibility for actions</w:t>
      </w:r>
    </w:p>
    <w:p>
      <w:r>
        <w:t>☐ Understand what a growth mindset is</w:t>
      </w:r>
    </w:p>
    <w:p>
      <w:r>
        <w:t>☐ Overcome setbacks with resilience</w:t>
      </w:r>
    </w:p>
    <w:p>
      <w:r>
        <w:t>☐ Seek opportunities for continuous learning</w:t>
      </w:r>
    </w:p>
    <w:p>
      <w:r>
        <w:t>☐ Embrace feedback</w:t>
      </w:r>
    </w:p>
    <w:p>
      <w:r>
        <w:t>☐ Celebrate small wins</w:t>
      </w:r>
    </w:p>
    <w:p>
      <w:r>
        <w:t>☐ Ask for specific feedback</w:t>
      </w:r>
    </w:p>
    <w:p>
      <w:r>
        <w:t>☐ Analyze feedback for action steps</w:t>
      </w:r>
    </w:p>
    <w:p>
      <w:r>
        <w:t>☐ Reflect on progress</w:t>
      </w:r>
    </w:p>
    <w:p>
      <w:r>
        <w:t>☐ Keep a mentorship journal</w:t>
      </w:r>
    </w:p>
    <w:p>
      <w:r>
        <w:t>☐ Create a feedback loop</w:t>
      </w:r>
    </w:p>
    <w:p>
      <w:r>
        <w:t>☐ Learn how mentors support networking</w:t>
      </w:r>
    </w:p>
    <w:p>
      <w:r>
        <w:t>☐ Identify networking opportunities</w:t>
      </w:r>
    </w:p>
    <w:p>
      <w:r>
        <w:t>☐ Request introductions</w:t>
      </w:r>
    </w:p>
    <w:p>
      <w:r>
        <w:t>☐ Be strategic in relationship-building</w:t>
      </w:r>
    </w:p>
    <w:p>
      <w:r>
        <w:t>☐ Maintain professional connections</w:t>
      </w:r>
    </w:p>
    <w:p>
      <w:r>
        <w:t>☐ Present career challenges to your mentor</w:t>
      </w:r>
    </w:p>
    <w:p>
      <w:r>
        <w:t>☐ Seek advice on major decisions</w:t>
      </w:r>
    </w:p>
    <w:p>
      <w:r>
        <w:t>☐ Evaluate risks and rewards</w:t>
      </w:r>
    </w:p>
    <w:p>
      <w:r>
        <w:t>☐ Gain broader perspectives</w:t>
      </w:r>
    </w:p>
    <w:p>
      <w:r>
        <w:t>☐ Practice decision-making</w:t>
      </w:r>
    </w:p>
    <w:p>
      <w:r>
        <w:t>☐ Keep the relationship professional and warm</w:t>
      </w:r>
    </w:p>
    <w:p>
      <w:r>
        <w:t>☐ Express gratitude</w:t>
      </w:r>
    </w:p>
    <w:p>
      <w:r>
        <w:t>☐ Schedule regular check-ins</w:t>
      </w:r>
    </w:p>
    <w:p>
      <w:r>
        <w:t>☐ Evolve the relationship over time</w:t>
      </w:r>
    </w:p>
    <w:p>
      <w:r>
        <w:t>☐ Know when to transition or end mentorship</w:t>
      </w:r>
    </w:p>
    <w:p>
      <w:r>
        <w:t>☐ Evaluate your mentorship journey</w:t>
      </w:r>
    </w:p>
    <w:p>
      <w:r>
        <w:t>☐ Identify new areas for growth</w:t>
      </w:r>
    </w:p>
    <w:p>
      <w:r>
        <w:t>☐ Set post-mentorship goals</w:t>
      </w:r>
    </w:p>
    <w:p>
      <w:r>
        <w:t>☐ Prepare to mentor others</w:t>
      </w:r>
    </w:p>
    <w:p>
      <w:r>
        <w:t>☐ Reflect on paying it forward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