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1515" w14:textId="77777777" w:rsidR="00A7060A" w:rsidRDefault="00000000">
      <w:pPr>
        <w:pStyle w:val="Title"/>
      </w:pPr>
      <w:r>
        <w:t>Track 1</w:t>
      </w:r>
    </w:p>
    <w:p w14:paraId="0D12C449" w14:textId="77777777" w:rsidR="00A7060A" w:rsidRDefault="00000000">
      <w:pPr>
        <w:pStyle w:val="Heading1"/>
      </w:pPr>
      <w:r>
        <w:t>Week 1: Introduction to Innovation &amp; Research</w:t>
      </w:r>
    </w:p>
    <w:p w14:paraId="2400EF73" w14:textId="5A9D26E2" w:rsidR="00A7060A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7B5FB9">
        <w:t>☐</w:t>
      </w:r>
      <w:r>
        <w:t xml:space="preserve"> Review overview of Track 1 curriculum and goals</w:t>
      </w:r>
    </w:p>
    <w:p w14:paraId="52EEDAD4" w14:textId="054EA004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biography and learning goals</w:t>
      </w:r>
    </w:p>
    <w:p w14:paraId="304DDEDE" w14:textId="1ABAB90C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Attend live or recorded kickoff meeting</w:t>
      </w:r>
    </w:p>
    <w:p w14:paraId="366BBB0C" w14:textId="209CABCE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Read provided articles on innovation in science and health</w:t>
      </w:r>
    </w:p>
    <w:p w14:paraId="5DF39160" w14:textId="1DA22700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Contribute to shared lab glossary or Q&amp;A space</w:t>
      </w:r>
    </w:p>
    <w:p w14:paraId="641CFDCB" w14:textId="77777777" w:rsidR="00A7060A" w:rsidRDefault="00000000">
      <w:pPr>
        <w:pStyle w:val="Heading1"/>
      </w:pPr>
      <w:r>
        <w:t>Week 2: Identifying and Framing Problems</w:t>
      </w:r>
    </w:p>
    <w:p w14:paraId="4741407E" w14:textId="7B05F8BE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Learn principles of problem identification and definition</w:t>
      </w:r>
    </w:p>
    <w:p w14:paraId="2D540342" w14:textId="46F3251C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a problem statement relevant to your field</w:t>
      </w:r>
    </w:p>
    <w:p w14:paraId="0B0DBA85" w14:textId="371E5D78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peer-submitted problems and offer feedback</w:t>
      </w:r>
    </w:p>
    <w:p w14:paraId="28B934FE" w14:textId="4557D228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Participate in discussion or Q&amp;A about problem framing</w:t>
      </w:r>
    </w:p>
    <w:p w14:paraId="6432C259" w14:textId="77777777" w:rsidR="00A7060A" w:rsidRDefault="00000000">
      <w:pPr>
        <w:pStyle w:val="Heading1"/>
      </w:pPr>
      <w:r>
        <w:t>Week 3: Tools for Creative Exploration</w:t>
      </w:r>
    </w:p>
    <w:p w14:paraId="0A56B484" w14:textId="54A1AC98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Attend or watch training on brainstorming and idea generation</w:t>
      </w:r>
    </w:p>
    <w:p w14:paraId="3B57D9CF" w14:textId="4DEF1433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Participate in ideation session using virtual collaboration tool</w:t>
      </w:r>
    </w:p>
    <w:p w14:paraId="344BBA55" w14:textId="036560F2" w:rsidR="00A7060A" w:rsidRDefault="007B5FB9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3–5 novel research or innovation questions</w:t>
      </w:r>
    </w:p>
    <w:p w14:paraId="58382A71" w14:textId="1AC3DA4C" w:rsidR="00A7060A" w:rsidRDefault="00AC0792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examples of innovative health solutions</w:t>
      </w:r>
    </w:p>
    <w:p w14:paraId="7DC1098A" w14:textId="77777777" w:rsidR="00A7060A" w:rsidRDefault="00000000">
      <w:pPr>
        <w:pStyle w:val="Heading1"/>
      </w:pPr>
      <w:r>
        <w:t>Week 4: Preparing a Proposal</w:t>
      </w:r>
    </w:p>
    <w:p w14:paraId="7197E0D3" w14:textId="1B0F1CDC" w:rsidR="00A7060A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AC0792">
        <w:t>☐</w:t>
      </w:r>
      <w:r>
        <w:t xml:space="preserve"> Draft a mini proposal outlining a research or innovation concept</w:t>
      </w:r>
    </w:p>
    <w:p w14:paraId="6A98FBDB" w14:textId="2295FA28" w:rsidR="00A7060A" w:rsidRDefault="00AC0792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Receive feedback from </w:t>
      </w:r>
      <w:proofErr w:type="gramStart"/>
      <w:r w:rsidR="00000000">
        <w:t>peer</w:t>
      </w:r>
      <w:proofErr w:type="gramEnd"/>
      <w:r w:rsidR="00000000">
        <w:t xml:space="preserve"> or mentor on proposal</w:t>
      </w:r>
    </w:p>
    <w:p w14:paraId="0A02EE7B" w14:textId="40EBACFB" w:rsidR="00A7060A" w:rsidRDefault="00AC0792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Revise and submit final draft of proposal</w:t>
      </w:r>
    </w:p>
    <w:p w14:paraId="2D83AA12" w14:textId="490895F4" w:rsidR="00A7060A" w:rsidRDefault="00AC0792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Reflect on proposal development process and share insights</w:t>
      </w:r>
    </w:p>
    <w:sectPr w:rsidR="00A706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8887265">
    <w:abstractNumId w:val="8"/>
  </w:num>
  <w:num w:numId="2" w16cid:durableId="42994619">
    <w:abstractNumId w:val="6"/>
  </w:num>
  <w:num w:numId="3" w16cid:durableId="1413502688">
    <w:abstractNumId w:val="5"/>
  </w:num>
  <w:num w:numId="4" w16cid:durableId="3478316">
    <w:abstractNumId w:val="4"/>
  </w:num>
  <w:num w:numId="5" w16cid:durableId="2139060452">
    <w:abstractNumId w:val="7"/>
  </w:num>
  <w:num w:numId="6" w16cid:durableId="173496632">
    <w:abstractNumId w:val="3"/>
  </w:num>
  <w:num w:numId="7" w16cid:durableId="656761003">
    <w:abstractNumId w:val="2"/>
  </w:num>
  <w:num w:numId="8" w16cid:durableId="1672755499">
    <w:abstractNumId w:val="1"/>
  </w:num>
  <w:num w:numId="9" w16cid:durableId="190987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5FB9"/>
    <w:rsid w:val="00A7060A"/>
    <w:rsid w:val="00AA1D8D"/>
    <w:rsid w:val="00AC0792"/>
    <w:rsid w:val="00B3405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3</cp:revision>
  <dcterms:created xsi:type="dcterms:W3CDTF">2013-12-23T23:15:00Z</dcterms:created>
  <dcterms:modified xsi:type="dcterms:W3CDTF">2025-07-17T04:32:00Z</dcterms:modified>
  <cp:category/>
</cp:coreProperties>
</file>