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56A5C" w14:textId="2A18AC04" w:rsidR="0034717E" w:rsidRDefault="00E72970">
      <w:pPr>
        <w:pStyle w:val="Heading1"/>
      </w:pPr>
      <w:r>
        <w:t>Time Management and Self-Organization Curriculum</w:t>
      </w:r>
      <w:r>
        <w:t xml:space="preserve"> Checklist</w:t>
      </w:r>
    </w:p>
    <w:p w14:paraId="71CE0CAF" w14:textId="77777777" w:rsidR="0034717E" w:rsidRDefault="00E72970">
      <w:r>
        <w:t>☐</w:t>
      </w:r>
      <w:r>
        <w:t xml:space="preserve"> Learn the psychology of time management</w:t>
      </w:r>
    </w:p>
    <w:p w14:paraId="08C9776F" w14:textId="77777777" w:rsidR="0034717E" w:rsidRDefault="00E72970">
      <w:r>
        <w:t>☐</w:t>
      </w:r>
      <w:r>
        <w:t xml:space="preserve"> Recognize the Planning Fallacy and Time Poverty</w:t>
      </w:r>
    </w:p>
    <w:p w14:paraId="33F7997E" w14:textId="77777777" w:rsidR="0034717E" w:rsidRDefault="00E72970">
      <w:r>
        <w:t>☐</w:t>
      </w:r>
      <w:r>
        <w:t xml:space="preserve"> Use SMART goals</w:t>
      </w:r>
    </w:p>
    <w:p w14:paraId="3CC84B25" w14:textId="77777777" w:rsidR="0034717E" w:rsidRDefault="00E72970">
      <w:r>
        <w:t>☐</w:t>
      </w:r>
      <w:r>
        <w:t xml:space="preserve"> Prioritize with the Eisenhower Matrix</w:t>
      </w:r>
    </w:p>
    <w:p w14:paraId="6AF79225" w14:textId="77777777" w:rsidR="0034717E" w:rsidRDefault="00E72970">
      <w:r>
        <w:t>☐</w:t>
      </w:r>
      <w:r>
        <w:t xml:space="preserve"> Eliminate time wasters</w:t>
      </w:r>
    </w:p>
    <w:p w14:paraId="36AE8F20" w14:textId="77777777" w:rsidR="0034717E" w:rsidRDefault="00E72970">
      <w:r>
        <w:t>☐</w:t>
      </w:r>
      <w:r>
        <w:t xml:space="preserve"> Use scheduling tools</w:t>
      </w:r>
    </w:p>
    <w:p w14:paraId="61B597DD" w14:textId="77777777" w:rsidR="0034717E" w:rsidRDefault="00E72970">
      <w:r>
        <w:t>☐</w:t>
      </w:r>
      <w:r>
        <w:t xml:space="preserve"> Set clear, documented goals</w:t>
      </w:r>
    </w:p>
    <w:p w14:paraId="0E8FDFF1" w14:textId="77777777" w:rsidR="0034717E" w:rsidRDefault="00E72970">
      <w:r>
        <w:t>☐</w:t>
      </w:r>
      <w:r>
        <w:t xml:space="preserve"> Apply SMART framework to personal goals</w:t>
      </w:r>
    </w:p>
    <w:p w14:paraId="408ECE2F" w14:textId="77777777" w:rsidR="0034717E" w:rsidRDefault="00E72970">
      <w:r>
        <w:t>☐</w:t>
      </w:r>
      <w:r>
        <w:t xml:space="preserve"> Use the 80/20 Rule</w:t>
      </w:r>
    </w:p>
    <w:p w14:paraId="4188AC4D" w14:textId="77777777" w:rsidR="0034717E" w:rsidRDefault="00E72970">
      <w:r>
        <w:t>☐</w:t>
      </w:r>
      <w:r>
        <w:t xml:space="preserve"> Apply the Ivy Lee Method</w:t>
      </w:r>
    </w:p>
    <w:p w14:paraId="3346EDE6" w14:textId="77777777" w:rsidR="0034717E" w:rsidRDefault="00E72970">
      <w:r>
        <w:t>☐</w:t>
      </w:r>
      <w:r>
        <w:t xml:space="preserve"> Create daily, weekly, and long-term schedules</w:t>
      </w:r>
    </w:p>
    <w:p w14:paraId="432167EC" w14:textId="77777777" w:rsidR="0034717E" w:rsidRDefault="00E72970">
      <w:r>
        <w:t>☐</w:t>
      </w:r>
      <w:r>
        <w:t xml:space="preserve"> Use Time-Blocking</w:t>
      </w:r>
    </w:p>
    <w:p w14:paraId="739C9AA1" w14:textId="77777777" w:rsidR="0034717E" w:rsidRDefault="00E72970">
      <w:r>
        <w:t>☐</w:t>
      </w:r>
      <w:r>
        <w:t xml:space="preserve"> Apply the 2-Minute Rule</w:t>
      </w:r>
    </w:p>
    <w:p w14:paraId="59E500C8" w14:textId="77777777" w:rsidR="0034717E" w:rsidRDefault="00E72970">
      <w:r>
        <w:t>☐</w:t>
      </w:r>
      <w:r>
        <w:t xml:space="preserve"> Avoid overloading tasks</w:t>
      </w:r>
    </w:p>
    <w:p w14:paraId="415BE0E2" w14:textId="77777777" w:rsidR="0034717E" w:rsidRDefault="00E72970">
      <w:r>
        <w:t>☐</w:t>
      </w:r>
      <w:r>
        <w:t xml:space="preserve"> Build in rest and flexibility</w:t>
      </w:r>
    </w:p>
    <w:p w14:paraId="7CCF0AF9" w14:textId="77777777" w:rsidR="0034717E" w:rsidRDefault="00E72970">
      <w:r>
        <w:t>☐</w:t>
      </w:r>
      <w:r>
        <w:t xml:space="preserve"> Apply the Pomodoro Technique</w:t>
      </w:r>
    </w:p>
    <w:p w14:paraId="2DE50099" w14:textId="77777777" w:rsidR="0034717E" w:rsidRDefault="00E72970">
      <w:r>
        <w:t>☐</w:t>
      </w:r>
      <w:r>
        <w:t xml:space="preserve"> Focus on single-tasking over multitasking</w:t>
      </w:r>
    </w:p>
    <w:p w14:paraId="4554B716" w14:textId="77777777" w:rsidR="0034717E" w:rsidRDefault="00E72970">
      <w:r>
        <w:t>☐</w:t>
      </w:r>
      <w:r>
        <w:t xml:space="preserve"> Identify the 20% of tasks that yield 80% of results</w:t>
      </w:r>
    </w:p>
    <w:p w14:paraId="5E00A819" w14:textId="77777777" w:rsidR="0034717E" w:rsidRDefault="00E72970">
      <w:r>
        <w:t>☐</w:t>
      </w:r>
      <w:r>
        <w:t xml:space="preserve"> Avoid distractions</w:t>
      </w:r>
    </w:p>
    <w:p w14:paraId="5A3DB081" w14:textId="77777777" w:rsidR="0034717E" w:rsidRDefault="00E72970">
      <w:r>
        <w:t>☐</w:t>
      </w:r>
      <w:r>
        <w:t xml:space="preserve"> Manage energy rhythms</w:t>
      </w:r>
    </w:p>
    <w:p w14:paraId="0BA93483" w14:textId="77777777" w:rsidR="0034717E" w:rsidRDefault="00E72970">
      <w:r>
        <w:t>☐</w:t>
      </w:r>
      <w:r>
        <w:t xml:space="preserve"> Recognize causes of procrastination</w:t>
      </w:r>
    </w:p>
    <w:p w14:paraId="75502B6D" w14:textId="77777777" w:rsidR="0034717E" w:rsidRDefault="00E72970">
      <w:r>
        <w:t>☐</w:t>
      </w:r>
      <w:r>
        <w:t xml:space="preserve"> Use the 5-Second Rule</w:t>
      </w:r>
    </w:p>
    <w:p w14:paraId="1F9EEA63" w14:textId="77777777" w:rsidR="0034717E" w:rsidRDefault="00E72970">
      <w:r>
        <w:lastRenderedPageBreak/>
        <w:t>☐</w:t>
      </w:r>
      <w:r>
        <w:t xml:space="preserve"> Set specific implementation intentions</w:t>
      </w:r>
    </w:p>
    <w:p w14:paraId="2E92A01F" w14:textId="77777777" w:rsidR="0034717E" w:rsidRDefault="00E72970">
      <w:r>
        <w:t>☐</w:t>
      </w:r>
      <w:r>
        <w:t xml:space="preserve"> Break down tasks into micro-steps</w:t>
      </w:r>
    </w:p>
    <w:p w14:paraId="4A159C07" w14:textId="77777777" w:rsidR="0034717E" w:rsidRDefault="00E72970">
      <w:r>
        <w:t>☐</w:t>
      </w:r>
      <w:r>
        <w:t xml:space="preserve"> Build momentum through action</w:t>
      </w:r>
    </w:p>
    <w:sectPr w:rsidR="0034717E" w:rsidSect="00E729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0596406">
    <w:abstractNumId w:val="8"/>
  </w:num>
  <w:num w:numId="2" w16cid:durableId="1502501640">
    <w:abstractNumId w:val="6"/>
  </w:num>
  <w:num w:numId="3" w16cid:durableId="1372608572">
    <w:abstractNumId w:val="5"/>
  </w:num>
  <w:num w:numId="4" w16cid:durableId="1972593190">
    <w:abstractNumId w:val="4"/>
  </w:num>
  <w:num w:numId="5" w16cid:durableId="1667784726">
    <w:abstractNumId w:val="7"/>
  </w:num>
  <w:num w:numId="6" w16cid:durableId="1174876227">
    <w:abstractNumId w:val="3"/>
  </w:num>
  <w:num w:numId="7" w16cid:durableId="81415461">
    <w:abstractNumId w:val="2"/>
  </w:num>
  <w:num w:numId="8" w16cid:durableId="1459757373">
    <w:abstractNumId w:val="1"/>
  </w:num>
  <w:num w:numId="9" w16cid:durableId="11648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717E"/>
    <w:rsid w:val="00AA1D8D"/>
    <w:rsid w:val="00B3405C"/>
    <w:rsid w:val="00B47730"/>
    <w:rsid w:val="00CB0664"/>
    <w:rsid w:val="00E729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3ACB91-A5C6-4C71-9E78-6BDBB97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2</cp:revision>
  <cp:lastPrinted>2025-07-17T01:53:00Z</cp:lastPrinted>
  <dcterms:created xsi:type="dcterms:W3CDTF">2013-12-23T23:15:00Z</dcterms:created>
  <dcterms:modified xsi:type="dcterms:W3CDTF">2025-07-17T01:53:00Z</dcterms:modified>
  <cp:category/>
</cp:coreProperties>
</file>